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73719" w14:textId="07416FC5" w:rsidR="008620AE" w:rsidRPr="00A6079B" w:rsidRDefault="00000000" w:rsidP="00CA43B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079B">
        <w:rPr>
          <w:rFonts w:ascii="Times New Roman" w:hAnsi="Times New Roman" w:cs="Times New Roman"/>
        </w:rPr>
        <w:t xml:space="preserve">Title: </w:t>
      </w:r>
      <w:r w:rsidR="006F3781" w:rsidRPr="006F3781">
        <w:rPr>
          <w:rFonts w:ascii="Times New Roman" w:hAnsi="Times New Roman" w:cs="Times New Roman"/>
          <w:b/>
          <w:bCs/>
          <w:sz w:val="28"/>
          <w:szCs w:val="28"/>
        </w:rPr>
        <w:t>Insert abstract title here</w:t>
      </w:r>
    </w:p>
    <w:p w14:paraId="0DE9ADCC" w14:textId="58BD1298" w:rsidR="006F3781" w:rsidRPr="006F3781" w:rsidRDefault="00032867" w:rsidP="006F3D9D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E7D69B6" wp14:editId="19482D8C">
            <wp:simplePos x="0" y="0"/>
            <wp:positionH relativeFrom="margin">
              <wp:posOffset>4638675</wp:posOffset>
            </wp:positionH>
            <wp:positionV relativeFrom="paragraph">
              <wp:posOffset>9525</wp:posOffset>
            </wp:positionV>
            <wp:extent cx="1019175" cy="1019175"/>
            <wp:effectExtent l="0" t="0" r="9525" b="9525"/>
            <wp:wrapTight wrapText="bothSides">
              <wp:wrapPolygon edited="0">
                <wp:start x="0" y="0"/>
                <wp:lineTo x="0" y="21398"/>
                <wp:lineTo x="21398" y="21398"/>
                <wp:lineTo x="21398" y="0"/>
                <wp:lineTo x="0" y="0"/>
              </wp:wrapPolygon>
            </wp:wrapTight>
            <wp:docPr id="1318513810" name="Picture 3" descr="Profile Placeholder Vector Art, Icons, and Graphic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file Placeholder Vector Art, Icons, and Graphics for Free Downloa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79B">
        <w:rPr>
          <w:rFonts w:ascii="Times New Roman" w:hAnsi="Times New Roman" w:cs="Times New Roman"/>
          <w:b/>
          <w:bCs/>
        </w:rPr>
        <w:t>Authors: John Doe¹, Jane Smith²</w:t>
      </w:r>
    </w:p>
    <w:p w14:paraId="6D27530B" w14:textId="74697CE7" w:rsidR="008620AE" w:rsidRPr="00A6079B" w:rsidRDefault="00000000" w:rsidP="006F3D9D">
      <w:pPr>
        <w:rPr>
          <w:rFonts w:ascii="Times New Roman" w:hAnsi="Times New Roman" w:cs="Times New Roman"/>
        </w:rPr>
      </w:pPr>
      <w:r w:rsidRPr="00A6079B">
        <w:rPr>
          <w:rFonts w:ascii="Times New Roman" w:hAnsi="Times New Roman" w:cs="Times New Roman"/>
        </w:rPr>
        <w:t>Affiliations:</w:t>
      </w:r>
      <w:r w:rsidRPr="00A6079B">
        <w:rPr>
          <w:rFonts w:ascii="Times New Roman" w:hAnsi="Times New Roman" w:cs="Times New Roman"/>
        </w:rPr>
        <w:br/>
        <w:t>¹Department of Nanotechnology, University of Science, USA</w:t>
      </w:r>
      <w:r w:rsidRPr="00A6079B">
        <w:rPr>
          <w:rFonts w:ascii="Times New Roman" w:hAnsi="Times New Roman" w:cs="Times New Roman"/>
        </w:rPr>
        <w:br/>
        <w:t>²Department of Oncology, Health Institute, UK</w:t>
      </w:r>
    </w:p>
    <w:p w14:paraId="18A9AE55" w14:textId="77777777" w:rsidR="008620AE" w:rsidRPr="00A6079B" w:rsidRDefault="00000000" w:rsidP="006F3D9D">
      <w:pPr>
        <w:rPr>
          <w:rFonts w:ascii="Times New Roman" w:hAnsi="Times New Roman" w:cs="Times New Roman"/>
        </w:rPr>
      </w:pPr>
      <w:r w:rsidRPr="00A6079B">
        <w:rPr>
          <w:rFonts w:ascii="Times New Roman" w:hAnsi="Times New Roman" w:cs="Times New Roman"/>
        </w:rPr>
        <w:t>Presenting Author Email: johndoe@example.com</w:t>
      </w:r>
    </w:p>
    <w:p w14:paraId="0C3F77BA" w14:textId="77777777" w:rsidR="00A6079B" w:rsidRPr="00A6079B" w:rsidRDefault="006F3D9D" w:rsidP="00A6079B">
      <w:pPr>
        <w:rPr>
          <w:rFonts w:ascii="Times New Roman" w:hAnsi="Times New Roman" w:cs="Times New Roman"/>
        </w:rPr>
      </w:pPr>
      <w:r w:rsidRPr="00A6079B">
        <w:rPr>
          <w:rFonts w:ascii="Times New Roman" w:hAnsi="Times New Roman" w:cs="Times New Roman"/>
        </w:rPr>
        <w:t>Abstract:</w:t>
      </w:r>
      <w:r w:rsidRPr="00A6079B">
        <w:rPr>
          <w:rFonts w:ascii="Times New Roman" w:hAnsi="Times New Roman" w:cs="Times New Roman"/>
        </w:rPr>
        <w:br/>
      </w:r>
      <w:r w:rsidR="00A6079B" w:rsidRPr="00A6079B">
        <w:rPr>
          <w:rFonts w:ascii="Times New Roman" w:hAnsi="Times New Roman" w:cs="Times New Roman"/>
        </w:rPr>
        <w:t>Maximum 300 words, structured under Background, Methods, Results, and Conclusion.</w:t>
      </w:r>
      <w:r w:rsidRPr="00A6079B">
        <w:rPr>
          <w:rFonts w:ascii="Times New Roman" w:hAnsi="Times New Roman" w:cs="Times New Roman"/>
        </w:rPr>
        <w:br/>
      </w:r>
      <w:r w:rsidRPr="00A6079B">
        <w:rPr>
          <w:rFonts w:ascii="Times New Roman" w:hAnsi="Times New Roman" w:cs="Times New Roman"/>
        </w:rPr>
        <w:br/>
        <w:t>Keywords:</w:t>
      </w:r>
      <w:r w:rsidRPr="00A6079B">
        <w:rPr>
          <w:rFonts w:ascii="Times New Roman" w:hAnsi="Times New Roman" w:cs="Times New Roman"/>
        </w:rPr>
        <w:br/>
        <w:t>[Up to 5 keywords separated by commas]</w:t>
      </w:r>
      <w:r w:rsidRPr="00A6079B">
        <w:rPr>
          <w:rFonts w:ascii="Times New Roman" w:hAnsi="Times New Roman" w:cs="Times New Roman"/>
        </w:rPr>
        <w:br/>
      </w:r>
      <w:r w:rsidRPr="00A6079B">
        <w:rPr>
          <w:rFonts w:ascii="Times New Roman" w:hAnsi="Times New Roman" w:cs="Times New Roman"/>
        </w:rPr>
        <w:br/>
        <w:t>Biography of Author:</w:t>
      </w:r>
    </w:p>
    <w:p w14:paraId="6991699A" w14:textId="69A34753" w:rsidR="00A6079B" w:rsidRPr="00A6079B" w:rsidRDefault="00A6079B" w:rsidP="00A6079B">
      <w:pPr>
        <w:tabs>
          <w:tab w:val="num" w:pos="720"/>
        </w:tabs>
        <w:rPr>
          <w:rFonts w:ascii="Times New Roman" w:hAnsi="Times New Roman" w:cs="Times New Roman"/>
          <w:i/>
          <w:iCs/>
          <w:lang w:val="en-IN"/>
        </w:rPr>
      </w:pPr>
      <w:r w:rsidRPr="00A6079B">
        <w:rPr>
          <w:rFonts w:ascii="Times New Roman" w:hAnsi="Times New Roman" w:cs="Times New Roman"/>
          <w:i/>
          <w:iCs/>
          <w:lang w:val="en-IN"/>
        </w:rPr>
        <w:tab/>
        <w:t>Include (100–150 words):</w:t>
      </w:r>
    </w:p>
    <w:p w14:paraId="4761B63F" w14:textId="5A9D8F5B" w:rsidR="00A6079B" w:rsidRPr="00A6079B" w:rsidRDefault="00A6079B" w:rsidP="00A6079B">
      <w:pPr>
        <w:pStyle w:val="ListParagraph"/>
        <w:numPr>
          <w:ilvl w:val="0"/>
          <w:numId w:val="11"/>
        </w:numPr>
        <w:tabs>
          <w:tab w:val="num" w:pos="720"/>
        </w:tabs>
        <w:rPr>
          <w:rFonts w:ascii="Times New Roman" w:hAnsi="Times New Roman" w:cs="Times New Roman"/>
          <w:i/>
          <w:iCs/>
          <w:lang w:val="en-IN"/>
        </w:rPr>
      </w:pPr>
      <w:r w:rsidRPr="00A6079B">
        <w:rPr>
          <w:rFonts w:ascii="Times New Roman" w:hAnsi="Times New Roman" w:cs="Times New Roman"/>
          <w:lang w:val="en-IN"/>
        </w:rPr>
        <w:t>Academic background</w:t>
      </w:r>
    </w:p>
    <w:p w14:paraId="43115559" w14:textId="77777777" w:rsidR="00A6079B" w:rsidRPr="00A6079B" w:rsidRDefault="00A6079B" w:rsidP="00A6079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en-IN"/>
        </w:rPr>
      </w:pPr>
      <w:r w:rsidRPr="00A6079B">
        <w:rPr>
          <w:rFonts w:ascii="Times New Roman" w:hAnsi="Times New Roman" w:cs="Times New Roman"/>
          <w:lang w:val="en-IN"/>
        </w:rPr>
        <w:t>Current role</w:t>
      </w:r>
    </w:p>
    <w:p w14:paraId="47F6AA71" w14:textId="77777777" w:rsidR="00A6079B" w:rsidRPr="00A6079B" w:rsidRDefault="00A6079B" w:rsidP="00A6079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en-IN"/>
        </w:rPr>
      </w:pPr>
      <w:r w:rsidRPr="00A6079B">
        <w:rPr>
          <w:rFonts w:ascii="Times New Roman" w:hAnsi="Times New Roman" w:cs="Times New Roman"/>
          <w:lang w:val="en-IN"/>
        </w:rPr>
        <w:t>Research interests</w:t>
      </w:r>
    </w:p>
    <w:p w14:paraId="1CC8BAE4" w14:textId="5FA705D8" w:rsidR="006F3D9D" w:rsidRPr="00A6079B" w:rsidRDefault="006F3D9D" w:rsidP="006F3D9D">
      <w:pPr>
        <w:rPr>
          <w:rFonts w:ascii="Times New Roman" w:hAnsi="Times New Roman" w:cs="Times New Roman"/>
        </w:rPr>
      </w:pPr>
      <w:r w:rsidRPr="00A6079B">
        <w:rPr>
          <w:rFonts w:ascii="Times New Roman" w:hAnsi="Times New Roman" w:cs="Times New Roman"/>
        </w:rPr>
        <w:t>Contact Details:</w:t>
      </w:r>
      <w:r w:rsidRPr="00A6079B">
        <w:rPr>
          <w:rFonts w:ascii="Times New Roman" w:hAnsi="Times New Roman" w:cs="Times New Roman"/>
        </w:rPr>
        <w:br/>
        <w:t>Email(s):</w:t>
      </w:r>
      <w:r w:rsidR="00A6079B" w:rsidRPr="00A6079B">
        <w:rPr>
          <w:rFonts w:ascii="Times New Roman" w:hAnsi="Times New Roman" w:cs="Times New Roman"/>
        </w:rPr>
        <w:t xml:space="preserve"> Institutional Email preferred</w:t>
      </w:r>
      <w:r w:rsidRPr="00A6079B">
        <w:rPr>
          <w:rFonts w:ascii="Times New Roman" w:hAnsi="Times New Roman" w:cs="Times New Roman"/>
        </w:rPr>
        <w:br/>
        <w:t>Phone:</w:t>
      </w:r>
      <w:r w:rsidRPr="00A6079B">
        <w:rPr>
          <w:rFonts w:ascii="Times New Roman" w:hAnsi="Times New Roman" w:cs="Times New Roman"/>
        </w:rPr>
        <w:br/>
      </w:r>
      <w:r w:rsidRPr="00A6079B">
        <w:rPr>
          <w:rFonts w:ascii="Times New Roman" w:hAnsi="Times New Roman" w:cs="Times New Roman"/>
        </w:rPr>
        <w:br/>
        <w:t xml:space="preserve">Note: </w:t>
      </w:r>
      <w:r w:rsidRPr="00A6079B">
        <w:rPr>
          <w:rFonts w:ascii="Times New Roman" w:hAnsi="Times New Roman" w:cs="Times New Roman"/>
          <w:b/>
          <w:bCs/>
        </w:rPr>
        <w:t>Corresponding Author:</w:t>
      </w:r>
      <w:r w:rsidRPr="00A6079B">
        <w:rPr>
          <w:rFonts w:ascii="Times New Roman" w:hAnsi="Times New Roman" w:cs="Times New Roman"/>
        </w:rPr>
        <w:t xml:space="preserve"> (mark with *)</w:t>
      </w:r>
    </w:p>
    <w:sectPr w:rsidR="006F3D9D" w:rsidRPr="00A6079B" w:rsidSect="000346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1A66A" w14:textId="77777777" w:rsidR="000E798C" w:rsidRDefault="000E798C" w:rsidP="006F3D9D">
      <w:pPr>
        <w:spacing w:after="0" w:line="240" w:lineRule="auto"/>
      </w:pPr>
      <w:r>
        <w:separator/>
      </w:r>
    </w:p>
  </w:endnote>
  <w:endnote w:type="continuationSeparator" w:id="0">
    <w:p w14:paraId="2BE9E90B" w14:textId="77777777" w:rsidR="000E798C" w:rsidRDefault="000E798C" w:rsidP="006F3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17901" w14:textId="77777777" w:rsidR="00CA43BD" w:rsidRDefault="00CA43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D886C" w14:textId="50601164" w:rsidR="006F3D9D" w:rsidRPr="00CA43BD" w:rsidRDefault="00A6079B" w:rsidP="00A6079B">
    <w:pPr>
      <w:pStyle w:val="Footer"/>
      <w:rPr>
        <w:rFonts w:ascii="Times New Roman" w:hAnsi="Times New Roman" w:cs="Times New Roman"/>
        <w:b/>
        <w:bCs/>
        <w:i/>
        <w:iCs/>
      </w:rPr>
    </w:pPr>
    <w:r w:rsidRPr="00CA43BD">
      <w:rPr>
        <w:rFonts w:ascii="Times New Roman" w:hAnsi="Times New Roman" w:cs="Times New Roman"/>
        <w:b/>
        <w:bCs/>
        <w:i/>
        <w:iCs/>
      </w:rPr>
      <w:t xml:space="preserve">This abstract template is exclusively for submissions to </w:t>
    </w:r>
    <w:proofErr w:type="spellStart"/>
    <w:r w:rsidR="00CA43BD" w:rsidRPr="00CA43BD">
      <w:rPr>
        <w:rFonts w:ascii="Times New Roman" w:hAnsi="Times New Roman" w:cs="Times New Roman"/>
        <w:b/>
        <w:bCs/>
        <w:i/>
        <w:iCs/>
      </w:rPr>
      <w:t>OncoSummit</w:t>
    </w:r>
    <w:proofErr w:type="spellEnd"/>
    <w:r w:rsidR="00CA43BD" w:rsidRPr="00CA43BD">
      <w:rPr>
        <w:rFonts w:ascii="Times New Roman" w:hAnsi="Times New Roman" w:cs="Times New Roman"/>
        <w:b/>
        <w:bCs/>
        <w:i/>
        <w:iCs/>
      </w:rPr>
      <w:t xml:space="preserve"> 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28AE9" w14:textId="77777777" w:rsidR="00CA43BD" w:rsidRDefault="00CA43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7D5CE" w14:textId="77777777" w:rsidR="000E798C" w:rsidRDefault="000E798C" w:rsidP="006F3D9D">
      <w:pPr>
        <w:spacing w:after="0" w:line="240" w:lineRule="auto"/>
      </w:pPr>
      <w:r>
        <w:separator/>
      </w:r>
    </w:p>
  </w:footnote>
  <w:footnote w:type="continuationSeparator" w:id="0">
    <w:p w14:paraId="1A2251F8" w14:textId="77777777" w:rsidR="000E798C" w:rsidRDefault="000E798C" w:rsidP="006F3D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908A2" w14:textId="77777777" w:rsidR="00CA43BD" w:rsidRDefault="00CA43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5C2BE" w14:textId="77777777" w:rsidR="00CA43BD" w:rsidRDefault="00CA43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86FFD" w14:textId="77777777" w:rsidR="00CA43BD" w:rsidRDefault="00CA43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4087B52"/>
    <w:multiLevelType w:val="multilevel"/>
    <w:tmpl w:val="99969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14005C"/>
    <w:multiLevelType w:val="hybridMultilevel"/>
    <w:tmpl w:val="DA7C69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2552956">
    <w:abstractNumId w:val="8"/>
  </w:num>
  <w:num w:numId="2" w16cid:durableId="1012997747">
    <w:abstractNumId w:val="6"/>
  </w:num>
  <w:num w:numId="3" w16cid:durableId="1563367640">
    <w:abstractNumId w:val="5"/>
  </w:num>
  <w:num w:numId="4" w16cid:durableId="648244302">
    <w:abstractNumId w:val="4"/>
  </w:num>
  <w:num w:numId="5" w16cid:durableId="876937360">
    <w:abstractNumId w:val="7"/>
  </w:num>
  <w:num w:numId="6" w16cid:durableId="856771523">
    <w:abstractNumId w:val="3"/>
  </w:num>
  <w:num w:numId="7" w16cid:durableId="433326750">
    <w:abstractNumId w:val="2"/>
  </w:num>
  <w:num w:numId="8" w16cid:durableId="910847792">
    <w:abstractNumId w:val="1"/>
  </w:num>
  <w:num w:numId="9" w16cid:durableId="384330283">
    <w:abstractNumId w:val="0"/>
  </w:num>
  <w:num w:numId="10" w16cid:durableId="1172791477">
    <w:abstractNumId w:val="9"/>
  </w:num>
  <w:num w:numId="11" w16cid:durableId="10494988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2867"/>
    <w:rsid w:val="00034616"/>
    <w:rsid w:val="000562D0"/>
    <w:rsid w:val="0006063C"/>
    <w:rsid w:val="000E798C"/>
    <w:rsid w:val="000F0244"/>
    <w:rsid w:val="0015074B"/>
    <w:rsid w:val="0029639D"/>
    <w:rsid w:val="00326F90"/>
    <w:rsid w:val="006F3781"/>
    <w:rsid w:val="006F3D9D"/>
    <w:rsid w:val="008620AE"/>
    <w:rsid w:val="009A044C"/>
    <w:rsid w:val="00A6079B"/>
    <w:rsid w:val="00AA1D8D"/>
    <w:rsid w:val="00B23C5A"/>
    <w:rsid w:val="00B427D7"/>
    <w:rsid w:val="00B47730"/>
    <w:rsid w:val="00CA43BD"/>
    <w:rsid w:val="00CB0664"/>
    <w:rsid w:val="00CD1A2D"/>
    <w:rsid w:val="00E71A0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DA18591"/>
  <w14:defaultImageDpi w14:val="300"/>
  <w15:docId w15:val="{A7A1C82E-78EA-44FE-B05C-1800BF5F9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A6079B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607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07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07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07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079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Sona Jishu</cp:lastModifiedBy>
  <cp:revision>5</cp:revision>
  <dcterms:created xsi:type="dcterms:W3CDTF">2025-08-21T15:44:00Z</dcterms:created>
  <dcterms:modified xsi:type="dcterms:W3CDTF">2026-06-21T07:27:00Z</dcterms:modified>
  <cp:category/>
</cp:coreProperties>
</file>